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КОММЕРЧЕСКОЕ ПРЕДЛОЖЕНИЕ</w:t>
      </w:r>
    </w:p>
    <w:p>
      <w:pPr>
        <w:spacing w:after="280"/>
      </w:pPr>
      <w:r>
        <w:t>№ _____ от «___» _________ 202_ г.</w:t>
        <w:br/>
        <w:t>Кому: [Наименование организации / ФИО руководителя]</w:t>
        <w:br/>
        <w:t>От кого: [Наименование вашей компании / Контакты]</w:t>
      </w:r>
    </w:p>
    <w:p>
      <w:pPr>
        <w:pStyle w:val="Heading2"/>
      </w:pPr>
      <w:r>
        <w:t>1. Суть предложения и ключевая выгода</w:t>
      </w:r>
    </w:p>
    <w:p>
      <w:r>
        <w:t>Краткое описание проблемы заказчика и предлагаемого решения. Объяснение, почему данное предложение выгодно заказчику и какие задачи решает в первую очередь.</w:t>
      </w:r>
    </w:p>
    <w:p>
      <w:pPr>
        <w:pStyle w:val="Heading2"/>
      </w:pPr>
      <w:r>
        <w:t>2. Состав и стоимость предложения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987"/>
        <w:gridCol w:w="1987"/>
        <w:gridCol w:w="1987"/>
        <w:gridCol w:w="1987"/>
        <w:gridCol w:w="1987"/>
      </w:tblGrid>
      <w:tr>
        <w:tc>
          <w:tcPr>
            <w:tcW w:type="dxa" w:w="1987"/>
          </w:tcPr>
          <w:p>
            <w:r>
              <w:t>№</w:t>
            </w:r>
          </w:p>
        </w:tc>
        <w:tc>
          <w:tcPr>
            <w:tcW w:type="dxa" w:w="1987"/>
          </w:tcPr>
          <w:p>
            <w:r>
              <w:t>Наименование позиции / услуги</w:t>
            </w:r>
          </w:p>
        </w:tc>
        <w:tc>
          <w:tcPr>
            <w:tcW w:type="dxa" w:w="1987"/>
          </w:tcPr>
          <w:p>
            <w:r>
              <w:t>Кол-во</w:t>
            </w:r>
          </w:p>
        </w:tc>
        <w:tc>
          <w:tcPr>
            <w:tcW w:type="dxa" w:w="1987"/>
          </w:tcPr>
          <w:p>
            <w:r>
              <w:t>Цена, руб.</w:t>
            </w:r>
          </w:p>
        </w:tc>
        <w:tc>
          <w:tcPr>
            <w:tcW w:type="dxa" w:w="1987"/>
          </w:tcPr>
          <w:p>
            <w:r>
              <w:t>Сумма, руб.</w:t>
            </w:r>
          </w:p>
        </w:tc>
      </w:tr>
      <w:tr>
        <w:tc>
          <w:tcPr>
            <w:tcW w:type="dxa" w:w="1987"/>
          </w:tcPr>
          <w:p>
            <w:r>
              <w:t>1</w:t>
            </w:r>
          </w:p>
        </w:tc>
        <w:tc>
          <w:tcPr>
            <w:tcW w:type="dxa" w:w="1987"/>
          </w:tcPr>
          <w:p>
            <w:r>
              <w:t>Основной пакет / Товарная позиция A</w:t>
            </w:r>
          </w:p>
        </w:tc>
        <w:tc>
          <w:tcPr>
            <w:tcW w:type="dxa" w:w="1987"/>
          </w:tcPr>
          <w:p>
            <w:r>
              <w:t>1 шт.</w:t>
            </w:r>
          </w:p>
        </w:tc>
        <w:tc>
          <w:tcPr>
            <w:tcW w:type="dxa" w:w="1987"/>
          </w:tcPr>
          <w:p>
            <w:r>
              <w:t>0,00</w:t>
            </w:r>
          </w:p>
        </w:tc>
        <w:tc>
          <w:tcPr>
            <w:tcW w:type="dxa" w:w="1987"/>
          </w:tcPr>
          <w:p>
            <w:r>
              <w:t>0,00</w:t>
            </w:r>
          </w:p>
        </w:tc>
      </w:tr>
      <w:tr>
        <w:tc>
          <w:tcPr>
            <w:tcW w:type="dxa" w:w="1987"/>
          </w:tcPr>
          <w:p>
            <w:r>
              <w:t>2</w:t>
            </w:r>
          </w:p>
        </w:tc>
        <w:tc>
          <w:tcPr>
            <w:tcW w:type="dxa" w:w="1987"/>
          </w:tcPr>
          <w:p>
            <w:r>
              <w:t>Сопутствующие работы / Позиция B</w:t>
            </w:r>
          </w:p>
        </w:tc>
        <w:tc>
          <w:tcPr>
            <w:tcW w:type="dxa" w:w="1987"/>
          </w:tcPr>
          <w:p>
            <w:r>
              <w:t>1 усл.</w:t>
            </w:r>
          </w:p>
        </w:tc>
        <w:tc>
          <w:tcPr>
            <w:tcW w:type="dxa" w:w="1987"/>
          </w:tcPr>
          <w:p>
            <w:r>
              <w:t>0,00</w:t>
            </w:r>
          </w:p>
        </w:tc>
        <w:tc>
          <w:tcPr>
            <w:tcW w:type="dxa" w:w="1987"/>
          </w:tcPr>
          <w:p>
            <w:r>
              <w:t>0,00</w:t>
            </w:r>
          </w:p>
        </w:tc>
      </w:tr>
    </w:tbl>
    <w:p>
      <w:r>
        <w:br/>
        <w:t>Итого к оплате: ________________________ руб. (В том числе НДС / Без НДС)</w:t>
      </w:r>
    </w:p>
    <w:p>
      <w:pPr>
        <w:pStyle w:val="Heading2"/>
      </w:pPr>
      <w:r>
        <w:t>3. Условия оплаты и сроки поставки / выполнения</w:t>
      </w:r>
    </w:p>
    <w:p>
      <w:r>
        <w:t>• Порядок оплаты: [Предоплата / Постоплата / Этапная оплата]</w:t>
        <w:br/>
        <w:t>• Срок реализации: [Количество рабочих дней]</w:t>
        <w:br/>
        <w:t>• Гарантийные обязательства: [Срок гарантии]</w:t>
      </w:r>
    </w:p>
    <w:p>
      <w:pPr>
        <w:pStyle w:val="Heading2"/>
      </w:pPr>
      <w:r>
        <w:t>4. Контакты и подпись</w:t>
      </w:r>
    </w:p>
    <w:p>
      <w:r>
        <w:t>С уважением,</w:t>
        <w:br/>
        <w:t>[Должность руководителя / ответственного лица]</w:t>
        <w:br/>
        <w:t>[ФИО]</w:t>
        <w:br/>
        <w:t>Телефон: [Номер]</w:t>
        <w:br/>
        <w:t>Email: [Почта]</w:t>
      </w:r>
    </w:p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